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77CED" w14:textId="77777777" w:rsidR="00D925F3" w:rsidRPr="00FA4A05" w:rsidRDefault="007D0FA9" w:rsidP="00D925F3">
      <w:pPr>
        <w:tabs>
          <w:tab w:val="left" w:pos="-360"/>
        </w:tabs>
        <w:ind w:left="-540" w:right="270"/>
        <w:rPr>
          <w:rFonts w:ascii="Playfair Display" w:hAnsi="Playfair Display"/>
          <w:sz w:val="28"/>
          <w:szCs w:val="28"/>
        </w:rPr>
      </w:pPr>
      <w:r w:rsidRPr="00FA4A05">
        <w:rPr>
          <w:rFonts w:ascii="Playfair Display" w:hAnsi="Playfair Display"/>
          <w:sz w:val="28"/>
          <w:szCs w:val="28"/>
        </w:rPr>
        <w:t xml:space="preserve">Use this log to close each day with clarity and prep each week with intention. </w:t>
      </w:r>
    </w:p>
    <w:p w14:paraId="20529023" w14:textId="7C1CC3FB" w:rsidR="00845654" w:rsidRPr="00FA4A05" w:rsidRDefault="007D0FA9" w:rsidP="00D925F3">
      <w:pPr>
        <w:tabs>
          <w:tab w:val="left" w:pos="-360"/>
        </w:tabs>
        <w:ind w:left="-540" w:right="270"/>
        <w:rPr>
          <w:rFonts w:ascii="Playfair Display" w:hAnsi="Playfair Display"/>
          <w:sz w:val="28"/>
          <w:szCs w:val="28"/>
        </w:rPr>
      </w:pPr>
      <w:r w:rsidRPr="00FA4A05">
        <w:rPr>
          <w:rFonts w:ascii="Playfair Display" w:hAnsi="Playfair Display"/>
          <w:sz w:val="28"/>
          <w:szCs w:val="28"/>
        </w:rPr>
        <w:t>Track objectives, time, and communications daily. At week’s end, review progress, analyze results, and reset priorities for the missions ahead.</w:t>
      </w:r>
    </w:p>
    <w:p w14:paraId="1A706290" w14:textId="61996548" w:rsidR="00845654" w:rsidRDefault="007515E3" w:rsidP="00925F26">
      <w:pPr>
        <w:tabs>
          <w:tab w:val="left" w:pos="-360"/>
        </w:tabs>
        <w:ind w:left="-630"/>
      </w:pPr>
      <w:r>
        <w:rPr>
          <w:noProof/>
        </w:rPr>
        <w:drawing>
          <wp:inline distT="0" distB="0" distL="0" distR="0" wp14:anchorId="54CF5CC9" wp14:editId="676C7537">
            <wp:extent cx="6458902" cy="4309110"/>
            <wp:effectExtent l="133350" t="133350" r="151765" b="148590"/>
            <wp:docPr id="326093444" name="Picture 1" descr="A close-up of a des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093444" name="Picture 1" descr="A close-up of a desk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3705" cy="4318986"/>
                    </a:xfrm>
                    <a:prstGeom prst="rect">
                      <a:avLst/>
                    </a:prstGeom>
                    <a:effectLst>
                      <a:glow rad="127000">
                        <a:srgbClr val="24499C"/>
                      </a:glow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  <a:softEdge rad="152400"/>
                    </a:effectLst>
                  </pic:spPr>
                </pic:pic>
              </a:graphicData>
            </a:graphic>
          </wp:inline>
        </w:drawing>
      </w:r>
      <w:r w:rsidR="007D0FA9">
        <w:br w:type="page"/>
      </w:r>
    </w:p>
    <w:p w14:paraId="6481EB9A" w14:textId="77777777" w:rsidR="00845654" w:rsidRDefault="007D0FA9" w:rsidP="00AA4A6A">
      <w:pPr>
        <w:tabs>
          <w:tab w:val="left" w:pos="-360"/>
        </w:tabs>
        <w:ind w:left="-540" w:right="-540"/>
      </w:pPr>
      <w:r>
        <w:t xml:space="preserve">🔍 </w:t>
      </w:r>
      <w:r w:rsidRPr="00FA4A05">
        <w:rPr>
          <w:b/>
          <w:bCs/>
          <w:color w:val="24499C"/>
        </w:rPr>
        <w:t>Mission Objectives (Top 3 Priorities)</w:t>
      </w:r>
    </w:p>
    <w:tbl>
      <w:tblPr>
        <w:tblStyle w:val="TableGrid"/>
        <w:tblW w:w="10604" w:type="dxa"/>
        <w:tblInd w:w="-545" w:type="dxa"/>
        <w:tblLook w:val="04A0" w:firstRow="1" w:lastRow="0" w:firstColumn="1" w:lastColumn="0" w:noHBand="0" w:noVBand="1"/>
      </w:tblPr>
      <w:tblGrid>
        <w:gridCol w:w="5302"/>
        <w:gridCol w:w="5302"/>
      </w:tblGrid>
      <w:tr w:rsidR="00845654" w14:paraId="06A77F1D" w14:textId="77777777" w:rsidTr="006F10A2">
        <w:trPr>
          <w:trHeight w:val="383"/>
        </w:trPr>
        <w:tc>
          <w:tcPr>
            <w:tcW w:w="5302" w:type="dxa"/>
          </w:tcPr>
          <w:p w14:paraId="6738631C" w14:textId="77777777" w:rsidR="00845654" w:rsidRPr="006F10A2" w:rsidRDefault="007D0FA9" w:rsidP="007B261B">
            <w:pPr>
              <w:tabs>
                <w:tab w:val="left" w:pos="72"/>
              </w:tabs>
              <w:ind w:left="-18" w:right="-540"/>
              <w:rPr>
                <w:b/>
                <w:bCs/>
              </w:rPr>
            </w:pPr>
            <w:r w:rsidRPr="006F10A2">
              <w:rPr>
                <w:b/>
                <w:bCs/>
              </w:rPr>
              <w:t>Task</w:t>
            </w:r>
          </w:p>
        </w:tc>
        <w:tc>
          <w:tcPr>
            <w:tcW w:w="5302" w:type="dxa"/>
          </w:tcPr>
          <w:p w14:paraId="793F2626" w14:textId="77777777" w:rsidR="00845654" w:rsidRPr="006F10A2" w:rsidRDefault="007D0FA9" w:rsidP="007B261B">
            <w:pPr>
              <w:tabs>
                <w:tab w:val="left" w:pos="-360"/>
              </w:tabs>
              <w:ind w:left="-6" w:right="-540"/>
              <w:rPr>
                <w:b/>
                <w:bCs/>
              </w:rPr>
            </w:pPr>
            <w:r w:rsidRPr="006F10A2">
              <w:rPr>
                <w:b/>
                <w:bCs/>
              </w:rPr>
              <w:t>Completed</w:t>
            </w:r>
          </w:p>
        </w:tc>
      </w:tr>
      <w:tr w:rsidR="00845654" w14:paraId="33CCF319" w14:textId="77777777" w:rsidTr="006F10A2">
        <w:trPr>
          <w:trHeight w:val="456"/>
        </w:trPr>
        <w:tc>
          <w:tcPr>
            <w:tcW w:w="5302" w:type="dxa"/>
            <w:shd w:val="clear" w:color="auto" w:fill="E6F0FA"/>
          </w:tcPr>
          <w:p w14:paraId="62C42006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Objective 1</w:t>
            </w:r>
          </w:p>
        </w:tc>
        <w:tc>
          <w:tcPr>
            <w:tcW w:w="5302" w:type="dxa"/>
            <w:shd w:val="clear" w:color="auto" w:fill="E6F0FA"/>
          </w:tcPr>
          <w:p w14:paraId="190D71A1" w14:textId="77777777" w:rsidR="00845654" w:rsidRDefault="007D0FA9" w:rsidP="007B261B">
            <w:pPr>
              <w:tabs>
                <w:tab w:val="left" w:pos="-360"/>
              </w:tabs>
              <w:ind w:left="-6" w:right="-540"/>
            </w:pPr>
            <w:r>
              <w:t>☐</w:t>
            </w:r>
          </w:p>
        </w:tc>
      </w:tr>
      <w:tr w:rsidR="00845654" w14:paraId="06A7697F" w14:textId="77777777" w:rsidTr="006F10A2">
        <w:trPr>
          <w:trHeight w:val="437"/>
        </w:trPr>
        <w:tc>
          <w:tcPr>
            <w:tcW w:w="5302" w:type="dxa"/>
          </w:tcPr>
          <w:p w14:paraId="5896D61B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Objective 2</w:t>
            </w:r>
          </w:p>
        </w:tc>
        <w:tc>
          <w:tcPr>
            <w:tcW w:w="5302" w:type="dxa"/>
          </w:tcPr>
          <w:p w14:paraId="2DA0A359" w14:textId="77777777" w:rsidR="00845654" w:rsidRDefault="007D0FA9" w:rsidP="007B261B">
            <w:pPr>
              <w:tabs>
                <w:tab w:val="left" w:pos="-360"/>
              </w:tabs>
              <w:ind w:left="-6" w:right="-540"/>
            </w:pPr>
            <w:r>
              <w:t>☐</w:t>
            </w:r>
          </w:p>
        </w:tc>
      </w:tr>
      <w:tr w:rsidR="00845654" w14:paraId="3F8E55BF" w14:textId="77777777" w:rsidTr="006F10A2">
        <w:trPr>
          <w:trHeight w:val="437"/>
        </w:trPr>
        <w:tc>
          <w:tcPr>
            <w:tcW w:w="5302" w:type="dxa"/>
            <w:shd w:val="clear" w:color="auto" w:fill="E6F0FA"/>
          </w:tcPr>
          <w:p w14:paraId="5F86F0A5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Objective 3</w:t>
            </w:r>
          </w:p>
        </w:tc>
        <w:tc>
          <w:tcPr>
            <w:tcW w:w="5302" w:type="dxa"/>
            <w:shd w:val="clear" w:color="auto" w:fill="E6F0FA"/>
          </w:tcPr>
          <w:p w14:paraId="56CADD08" w14:textId="77777777" w:rsidR="00845654" w:rsidRDefault="007D0FA9" w:rsidP="007B261B">
            <w:pPr>
              <w:tabs>
                <w:tab w:val="left" w:pos="-360"/>
              </w:tabs>
              <w:ind w:left="-6" w:right="-540"/>
            </w:pPr>
            <w:r>
              <w:t>☐</w:t>
            </w:r>
          </w:p>
        </w:tc>
      </w:tr>
    </w:tbl>
    <w:p w14:paraId="527C520F" w14:textId="77777777" w:rsidR="00845654" w:rsidRDefault="00845654" w:rsidP="00AA4A6A">
      <w:pPr>
        <w:tabs>
          <w:tab w:val="left" w:pos="-360"/>
        </w:tabs>
        <w:ind w:left="-540" w:right="-540"/>
      </w:pPr>
    </w:p>
    <w:p w14:paraId="0664E2D8" w14:textId="77777777" w:rsidR="00845654" w:rsidRDefault="007D0FA9" w:rsidP="00AA4A6A">
      <w:pPr>
        <w:tabs>
          <w:tab w:val="left" w:pos="-360"/>
        </w:tabs>
        <w:ind w:left="-540" w:right="-540"/>
      </w:pPr>
      <w:r>
        <w:t xml:space="preserve">⏱ </w:t>
      </w:r>
      <w:r w:rsidRPr="00FA4A05">
        <w:rPr>
          <w:b/>
          <w:bCs/>
          <w:color w:val="24499C"/>
        </w:rPr>
        <w:t>Time Blocks</w:t>
      </w:r>
    </w:p>
    <w:tbl>
      <w:tblPr>
        <w:tblStyle w:val="TableGrid"/>
        <w:tblW w:w="10592" w:type="dxa"/>
        <w:tblInd w:w="-545" w:type="dxa"/>
        <w:tblLook w:val="04A0" w:firstRow="1" w:lastRow="0" w:firstColumn="1" w:lastColumn="0" w:noHBand="0" w:noVBand="1"/>
      </w:tblPr>
      <w:tblGrid>
        <w:gridCol w:w="5296"/>
        <w:gridCol w:w="5296"/>
      </w:tblGrid>
      <w:tr w:rsidR="00845654" w14:paraId="01EB9AD5" w14:textId="77777777" w:rsidTr="006F10A2">
        <w:trPr>
          <w:trHeight w:val="338"/>
        </w:trPr>
        <w:tc>
          <w:tcPr>
            <w:tcW w:w="5296" w:type="dxa"/>
          </w:tcPr>
          <w:p w14:paraId="675F2054" w14:textId="77777777" w:rsidR="00845654" w:rsidRPr="006F10A2" w:rsidRDefault="007D0FA9" w:rsidP="007B261B">
            <w:pPr>
              <w:tabs>
                <w:tab w:val="left" w:pos="-360"/>
              </w:tabs>
              <w:ind w:left="-18" w:right="-540"/>
              <w:rPr>
                <w:b/>
                <w:bCs/>
              </w:rPr>
            </w:pPr>
            <w:r w:rsidRPr="006F10A2">
              <w:rPr>
                <w:b/>
                <w:bCs/>
              </w:rPr>
              <w:t>Block</w:t>
            </w:r>
          </w:p>
        </w:tc>
        <w:tc>
          <w:tcPr>
            <w:tcW w:w="5296" w:type="dxa"/>
          </w:tcPr>
          <w:p w14:paraId="476828A2" w14:textId="77777777" w:rsidR="00845654" w:rsidRPr="006F10A2" w:rsidRDefault="007D0FA9" w:rsidP="007B261B">
            <w:pPr>
              <w:tabs>
                <w:tab w:val="left" w:pos="-360"/>
              </w:tabs>
              <w:ind w:left="-30" w:right="-540"/>
              <w:rPr>
                <w:b/>
                <w:bCs/>
              </w:rPr>
            </w:pPr>
            <w:r w:rsidRPr="006F10A2">
              <w:rPr>
                <w:b/>
                <w:bCs/>
              </w:rPr>
              <w:t>Notes / Tasks</w:t>
            </w:r>
          </w:p>
        </w:tc>
      </w:tr>
      <w:tr w:rsidR="00845654" w14:paraId="6F4EF08C" w14:textId="77777777" w:rsidTr="006F10A2">
        <w:trPr>
          <w:trHeight w:val="354"/>
        </w:trPr>
        <w:tc>
          <w:tcPr>
            <w:tcW w:w="5296" w:type="dxa"/>
            <w:shd w:val="clear" w:color="auto" w:fill="E6F0FA"/>
          </w:tcPr>
          <w:p w14:paraId="469F97E6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Morning</w:t>
            </w:r>
          </w:p>
        </w:tc>
        <w:tc>
          <w:tcPr>
            <w:tcW w:w="5296" w:type="dxa"/>
            <w:shd w:val="clear" w:color="auto" w:fill="E6F0FA"/>
          </w:tcPr>
          <w:p w14:paraId="73932713" w14:textId="77777777" w:rsidR="00845654" w:rsidRDefault="00845654" w:rsidP="007B261B">
            <w:pPr>
              <w:tabs>
                <w:tab w:val="left" w:pos="-360"/>
              </w:tabs>
              <w:ind w:left="-30" w:right="-540"/>
            </w:pPr>
          </w:p>
        </w:tc>
      </w:tr>
      <w:tr w:rsidR="00845654" w14:paraId="63F056DB" w14:textId="77777777" w:rsidTr="006F10A2">
        <w:trPr>
          <w:trHeight w:val="338"/>
        </w:trPr>
        <w:tc>
          <w:tcPr>
            <w:tcW w:w="5296" w:type="dxa"/>
          </w:tcPr>
          <w:p w14:paraId="426F1362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Mid-day</w:t>
            </w:r>
          </w:p>
        </w:tc>
        <w:tc>
          <w:tcPr>
            <w:tcW w:w="5296" w:type="dxa"/>
          </w:tcPr>
          <w:p w14:paraId="3A477F6D" w14:textId="77777777" w:rsidR="00845654" w:rsidRDefault="00845654" w:rsidP="007B261B">
            <w:pPr>
              <w:tabs>
                <w:tab w:val="left" w:pos="-360"/>
              </w:tabs>
              <w:ind w:left="-30" w:right="-540"/>
            </w:pPr>
          </w:p>
        </w:tc>
      </w:tr>
      <w:tr w:rsidR="00845654" w14:paraId="7F2CD3BF" w14:textId="77777777" w:rsidTr="006F10A2">
        <w:trPr>
          <w:trHeight w:val="338"/>
        </w:trPr>
        <w:tc>
          <w:tcPr>
            <w:tcW w:w="5296" w:type="dxa"/>
            <w:shd w:val="clear" w:color="auto" w:fill="E6F0FA"/>
          </w:tcPr>
          <w:p w14:paraId="1640FCBB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Afternoon</w:t>
            </w:r>
          </w:p>
        </w:tc>
        <w:tc>
          <w:tcPr>
            <w:tcW w:w="5296" w:type="dxa"/>
            <w:shd w:val="clear" w:color="auto" w:fill="E6F0FA"/>
          </w:tcPr>
          <w:p w14:paraId="562C5E5C" w14:textId="77777777" w:rsidR="00845654" w:rsidRDefault="00845654" w:rsidP="007B261B">
            <w:pPr>
              <w:tabs>
                <w:tab w:val="left" w:pos="-360"/>
              </w:tabs>
              <w:ind w:left="-30" w:right="-540"/>
            </w:pPr>
          </w:p>
        </w:tc>
      </w:tr>
      <w:tr w:rsidR="00845654" w14:paraId="23441E1D" w14:textId="77777777" w:rsidTr="006F10A2">
        <w:trPr>
          <w:trHeight w:val="338"/>
        </w:trPr>
        <w:tc>
          <w:tcPr>
            <w:tcW w:w="5296" w:type="dxa"/>
          </w:tcPr>
          <w:p w14:paraId="75C44EE7" w14:textId="77777777" w:rsidR="00845654" w:rsidRDefault="007D0FA9" w:rsidP="007B261B">
            <w:pPr>
              <w:tabs>
                <w:tab w:val="left" w:pos="-360"/>
              </w:tabs>
              <w:ind w:left="-18" w:right="-540"/>
            </w:pPr>
            <w:r>
              <w:t>Evening</w:t>
            </w:r>
          </w:p>
        </w:tc>
        <w:tc>
          <w:tcPr>
            <w:tcW w:w="5296" w:type="dxa"/>
          </w:tcPr>
          <w:p w14:paraId="0713F253" w14:textId="77777777" w:rsidR="00845654" w:rsidRDefault="00845654" w:rsidP="007B261B">
            <w:pPr>
              <w:tabs>
                <w:tab w:val="left" w:pos="-360"/>
              </w:tabs>
              <w:ind w:left="-30" w:right="-540"/>
            </w:pPr>
          </w:p>
        </w:tc>
      </w:tr>
    </w:tbl>
    <w:p w14:paraId="07440EB6" w14:textId="77777777" w:rsidR="00845654" w:rsidRDefault="00845654" w:rsidP="00AA4A6A">
      <w:pPr>
        <w:tabs>
          <w:tab w:val="left" w:pos="-360"/>
        </w:tabs>
        <w:ind w:left="-540" w:right="-540"/>
      </w:pPr>
    </w:p>
    <w:p w14:paraId="58F51D3B" w14:textId="77777777" w:rsidR="00845654" w:rsidRDefault="007D0FA9" w:rsidP="006F10A2">
      <w:pPr>
        <w:tabs>
          <w:tab w:val="left" w:pos="-360"/>
        </w:tabs>
        <w:ind w:left="-630" w:right="-540"/>
      </w:pPr>
      <w:r>
        <w:t xml:space="preserve">📎 </w:t>
      </w:r>
      <w:r w:rsidRPr="00FA4A05">
        <w:rPr>
          <w:b/>
          <w:bCs/>
          <w:color w:val="24499C"/>
        </w:rPr>
        <w:t>Key Communications (Calls / Emails / Messages)</w:t>
      </w:r>
    </w:p>
    <w:tbl>
      <w:tblPr>
        <w:tblStyle w:val="TableGrid"/>
        <w:tblW w:w="10616" w:type="dxa"/>
        <w:tblInd w:w="-545" w:type="dxa"/>
        <w:tblLook w:val="04A0" w:firstRow="1" w:lastRow="0" w:firstColumn="1" w:lastColumn="0" w:noHBand="0" w:noVBand="1"/>
      </w:tblPr>
      <w:tblGrid>
        <w:gridCol w:w="5308"/>
        <w:gridCol w:w="5308"/>
      </w:tblGrid>
      <w:tr w:rsidR="00845654" w14:paraId="59AE4E79" w14:textId="77777777" w:rsidTr="006F10A2">
        <w:trPr>
          <w:trHeight w:val="302"/>
        </w:trPr>
        <w:tc>
          <w:tcPr>
            <w:tcW w:w="5308" w:type="dxa"/>
          </w:tcPr>
          <w:p w14:paraId="4E6F345A" w14:textId="77777777" w:rsidR="00845654" w:rsidRPr="006F10A2" w:rsidRDefault="007D0FA9" w:rsidP="007B261B">
            <w:pPr>
              <w:tabs>
                <w:tab w:val="left" w:pos="-360"/>
              </w:tabs>
              <w:ind w:left="-18" w:right="-540"/>
              <w:rPr>
                <w:b/>
                <w:bCs/>
              </w:rPr>
            </w:pPr>
            <w:r w:rsidRPr="006F10A2">
              <w:rPr>
                <w:b/>
                <w:bCs/>
              </w:rPr>
              <w:t>To Contact</w:t>
            </w:r>
          </w:p>
        </w:tc>
        <w:tc>
          <w:tcPr>
            <w:tcW w:w="5308" w:type="dxa"/>
          </w:tcPr>
          <w:p w14:paraId="1B384B52" w14:textId="77777777" w:rsidR="00845654" w:rsidRPr="006F10A2" w:rsidRDefault="007D0FA9" w:rsidP="007B261B">
            <w:pPr>
              <w:tabs>
                <w:tab w:val="left" w:pos="-360"/>
              </w:tabs>
              <w:ind w:right="-540"/>
              <w:rPr>
                <w:b/>
                <w:bCs/>
              </w:rPr>
            </w:pPr>
            <w:r w:rsidRPr="006F10A2">
              <w:rPr>
                <w:b/>
                <w:bCs/>
              </w:rPr>
              <w:t>Details</w:t>
            </w:r>
          </w:p>
        </w:tc>
      </w:tr>
      <w:tr w:rsidR="00845654" w14:paraId="3325AA34" w14:textId="77777777" w:rsidTr="006F10A2">
        <w:trPr>
          <w:trHeight w:val="316"/>
        </w:trPr>
        <w:tc>
          <w:tcPr>
            <w:tcW w:w="5308" w:type="dxa"/>
            <w:shd w:val="clear" w:color="auto" w:fill="E6F0FA"/>
          </w:tcPr>
          <w:p w14:paraId="0F054EF4" w14:textId="77777777" w:rsidR="00845654" w:rsidRDefault="00845654" w:rsidP="007B261B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08" w:type="dxa"/>
            <w:shd w:val="clear" w:color="auto" w:fill="E6F0FA"/>
          </w:tcPr>
          <w:p w14:paraId="59B295B2" w14:textId="77777777" w:rsidR="00845654" w:rsidRDefault="00845654" w:rsidP="007B261B">
            <w:pPr>
              <w:tabs>
                <w:tab w:val="left" w:pos="-360"/>
              </w:tabs>
              <w:ind w:right="-540"/>
            </w:pPr>
          </w:p>
        </w:tc>
      </w:tr>
      <w:tr w:rsidR="00845654" w14:paraId="52D4906B" w14:textId="77777777" w:rsidTr="006F10A2">
        <w:trPr>
          <w:trHeight w:val="302"/>
        </w:trPr>
        <w:tc>
          <w:tcPr>
            <w:tcW w:w="5308" w:type="dxa"/>
          </w:tcPr>
          <w:p w14:paraId="46FF4CE1" w14:textId="77777777" w:rsidR="00845654" w:rsidRDefault="00845654" w:rsidP="007B261B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08" w:type="dxa"/>
          </w:tcPr>
          <w:p w14:paraId="4B353239" w14:textId="77777777" w:rsidR="00845654" w:rsidRDefault="00845654" w:rsidP="007B261B">
            <w:pPr>
              <w:tabs>
                <w:tab w:val="left" w:pos="-360"/>
              </w:tabs>
              <w:ind w:right="-540"/>
            </w:pPr>
          </w:p>
        </w:tc>
      </w:tr>
      <w:tr w:rsidR="00845654" w14:paraId="63893967" w14:textId="77777777" w:rsidTr="006F10A2">
        <w:trPr>
          <w:trHeight w:val="302"/>
        </w:trPr>
        <w:tc>
          <w:tcPr>
            <w:tcW w:w="5308" w:type="dxa"/>
            <w:shd w:val="clear" w:color="auto" w:fill="E6F0FA"/>
          </w:tcPr>
          <w:p w14:paraId="3FB53F4C" w14:textId="77777777" w:rsidR="00845654" w:rsidRDefault="00845654" w:rsidP="007B261B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08" w:type="dxa"/>
            <w:shd w:val="clear" w:color="auto" w:fill="E6F0FA"/>
          </w:tcPr>
          <w:p w14:paraId="274A2C10" w14:textId="77777777" w:rsidR="00845654" w:rsidRDefault="00845654" w:rsidP="007B261B">
            <w:pPr>
              <w:tabs>
                <w:tab w:val="left" w:pos="-360"/>
              </w:tabs>
              <w:ind w:right="-540"/>
            </w:pPr>
          </w:p>
        </w:tc>
      </w:tr>
      <w:tr w:rsidR="00845654" w14:paraId="1A2977C8" w14:textId="77777777" w:rsidTr="006F10A2">
        <w:trPr>
          <w:trHeight w:val="316"/>
        </w:trPr>
        <w:tc>
          <w:tcPr>
            <w:tcW w:w="5308" w:type="dxa"/>
          </w:tcPr>
          <w:p w14:paraId="226C0B39" w14:textId="77777777" w:rsidR="00845654" w:rsidRDefault="00845654" w:rsidP="007B261B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08" w:type="dxa"/>
          </w:tcPr>
          <w:p w14:paraId="25F74547" w14:textId="77777777" w:rsidR="00845654" w:rsidRDefault="00845654" w:rsidP="007B261B">
            <w:pPr>
              <w:tabs>
                <w:tab w:val="left" w:pos="-360"/>
              </w:tabs>
              <w:ind w:right="-540"/>
            </w:pPr>
          </w:p>
        </w:tc>
      </w:tr>
      <w:tr w:rsidR="00845654" w14:paraId="0A0606ED" w14:textId="77777777" w:rsidTr="006F10A2">
        <w:trPr>
          <w:trHeight w:val="302"/>
        </w:trPr>
        <w:tc>
          <w:tcPr>
            <w:tcW w:w="5308" w:type="dxa"/>
            <w:shd w:val="clear" w:color="auto" w:fill="E6F0FA"/>
          </w:tcPr>
          <w:p w14:paraId="43E4F5F8" w14:textId="77777777" w:rsidR="00845654" w:rsidRDefault="00845654" w:rsidP="007B261B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08" w:type="dxa"/>
            <w:shd w:val="clear" w:color="auto" w:fill="E6F0FA"/>
          </w:tcPr>
          <w:p w14:paraId="41BCFB6B" w14:textId="77777777" w:rsidR="00845654" w:rsidRDefault="00845654" w:rsidP="007B261B">
            <w:pPr>
              <w:tabs>
                <w:tab w:val="left" w:pos="-360"/>
              </w:tabs>
              <w:ind w:right="-540"/>
            </w:pPr>
          </w:p>
        </w:tc>
      </w:tr>
    </w:tbl>
    <w:p w14:paraId="2444576A" w14:textId="77777777" w:rsidR="00845654" w:rsidRDefault="00845654" w:rsidP="00AA4A6A">
      <w:pPr>
        <w:tabs>
          <w:tab w:val="left" w:pos="-360"/>
        </w:tabs>
        <w:ind w:left="-540" w:right="-540"/>
      </w:pPr>
    </w:p>
    <w:p w14:paraId="6CDA4284" w14:textId="77777777" w:rsidR="00845654" w:rsidRPr="00AA4A6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AA4A6A">
        <w:rPr>
          <w:b/>
          <w:bCs/>
        </w:rPr>
        <w:t xml:space="preserve">📝 </w:t>
      </w:r>
      <w:r w:rsidRPr="00FA4A05">
        <w:rPr>
          <w:b/>
          <w:bCs/>
          <w:color w:val="24499C"/>
        </w:rPr>
        <w:t>Agent Notes</w:t>
      </w:r>
    </w:p>
    <w:p w14:paraId="7C90F8B8" w14:textId="77DEB3D5" w:rsidR="007B261B" w:rsidRDefault="00DA5C46" w:rsidP="007B261B">
      <w:pPr>
        <w:tabs>
          <w:tab w:val="left" w:pos="-360"/>
        </w:tabs>
        <w:ind w:left="-540" w:right="9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AA4A6A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3480616" w14:textId="2696A6FD" w:rsidR="00845654" w:rsidRPr="002B387B" w:rsidRDefault="007D0FA9" w:rsidP="007B261B">
      <w:pPr>
        <w:tabs>
          <w:tab w:val="left" w:pos="-360"/>
        </w:tabs>
        <w:ind w:left="-540" w:right="90"/>
        <w:rPr>
          <w:b/>
          <w:bCs/>
        </w:rPr>
      </w:pPr>
      <w:r w:rsidRPr="002B387B">
        <w:rPr>
          <w:b/>
          <w:bCs/>
        </w:rPr>
        <w:t xml:space="preserve">✅ </w:t>
      </w:r>
      <w:r w:rsidRPr="00FA4A05">
        <w:rPr>
          <w:b/>
          <w:bCs/>
          <w:color w:val="24499C"/>
        </w:rPr>
        <w:t>End-of-Day Reset</w:t>
      </w:r>
    </w:p>
    <w:p w14:paraId="4D1E3F9A" w14:textId="77777777" w:rsidR="00845654" w:rsidRDefault="007D0FA9" w:rsidP="00AA4A6A">
      <w:pPr>
        <w:tabs>
          <w:tab w:val="left" w:pos="-360"/>
        </w:tabs>
        <w:ind w:left="-540" w:right="-540"/>
      </w:pPr>
      <w:r>
        <w:t>☐ Clear Desk</w:t>
      </w:r>
    </w:p>
    <w:p w14:paraId="1C7AC6F9" w14:textId="77777777" w:rsidR="00845654" w:rsidRDefault="007D0FA9" w:rsidP="00AA4A6A">
      <w:pPr>
        <w:tabs>
          <w:tab w:val="left" w:pos="-360"/>
        </w:tabs>
        <w:ind w:left="-540" w:right="-540"/>
      </w:pPr>
      <w:r>
        <w:t>☐ Clear Inbox</w:t>
      </w:r>
    </w:p>
    <w:p w14:paraId="2D2FF1A2" w14:textId="77777777" w:rsidR="00845654" w:rsidRDefault="007D0FA9" w:rsidP="00AA4A6A">
      <w:pPr>
        <w:tabs>
          <w:tab w:val="left" w:pos="-360"/>
        </w:tabs>
        <w:ind w:left="-540" w:right="-540"/>
      </w:pPr>
      <w:r>
        <w:t>☐ Plan Tomorrow</w:t>
      </w:r>
    </w:p>
    <w:p w14:paraId="294E4CF7" w14:textId="77777777" w:rsidR="00845654" w:rsidRPr="002B387B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2B387B">
        <w:rPr>
          <w:b/>
          <w:bCs/>
        </w:rPr>
        <w:lastRenderedPageBreak/>
        <w:t xml:space="preserve">🔎 </w:t>
      </w:r>
      <w:r w:rsidRPr="00FA4A05">
        <w:rPr>
          <w:b/>
          <w:bCs/>
          <w:color w:val="24499C"/>
        </w:rPr>
        <w:t>Quick Reflection</w:t>
      </w:r>
    </w:p>
    <w:p w14:paraId="3BEB6C75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What worked today?</w:t>
      </w:r>
    </w:p>
    <w:p w14:paraId="13B989FC" w14:textId="77777777" w:rsidR="00AB11A8" w:rsidRDefault="00AB11A8" w:rsidP="00AB11A8">
      <w:pPr>
        <w:tabs>
          <w:tab w:val="left" w:pos="-360"/>
        </w:tabs>
        <w:ind w:left="-540" w:right="9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EBD7F8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What didn’t work today?</w:t>
      </w:r>
    </w:p>
    <w:p w14:paraId="4BF6F1D8" w14:textId="1A4AAC3C" w:rsidR="00AB11A8" w:rsidRDefault="00AB11A8" w:rsidP="00AB11A8">
      <w:pPr>
        <w:tabs>
          <w:tab w:val="left" w:pos="-360"/>
        </w:tabs>
        <w:ind w:left="-540" w:right="9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  <w:r w:rsidR="009D54BA">
        <w:rPr>
          <w:u w:val="single"/>
        </w:rPr>
        <w:tab/>
      </w:r>
    </w:p>
    <w:p w14:paraId="36432C8D" w14:textId="7BFB70C0" w:rsidR="00845654" w:rsidRDefault="00845654" w:rsidP="00AA4A6A">
      <w:pPr>
        <w:tabs>
          <w:tab w:val="left" w:pos="-360"/>
        </w:tabs>
        <w:ind w:left="-540" w:right="-540"/>
      </w:pPr>
    </w:p>
    <w:p w14:paraId="4A10DEC9" w14:textId="77777777" w:rsidR="00845654" w:rsidRPr="009D54B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D54BA">
        <w:rPr>
          <w:b/>
          <w:bCs/>
        </w:rPr>
        <w:t xml:space="preserve">🔍 </w:t>
      </w:r>
      <w:r w:rsidRPr="00FA4A05">
        <w:rPr>
          <w:b/>
          <w:bCs/>
          <w:color w:val="24499C"/>
        </w:rPr>
        <w:t>Mission Objectives (Top 3 Priorities)</w:t>
      </w:r>
    </w:p>
    <w:tbl>
      <w:tblPr>
        <w:tblStyle w:val="TableGrid"/>
        <w:tblW w:w="0" w:type="auto"/>
        <w:tblInd w:w="-497" w:type="dxa"/>
        <w:tblLook w:val="04A0" w:firstRow="1" w:lastRow="0" w:firstColumn="1" w:lastColumn="0" w:noHBand="0" w:noVBand="1"/>
      </w:tblPr>
      <w:tblGrid>
        <w:gridCol w:w="5297"/>
        <w:gridCol w:w="5297"/>
      </w:tblGrid>
      <w:tr w:rsidR="00845654" w14:paraId="3F210D37" w14:textId="77777777" w:rsidTr="00784115">
        <w:trPr>
          <w:trHeight w:val="311"/>
        </w:trPr>
        <w:tc>
          <w:tcPr>
            <w:tcW w:w="5297" w:type="dxa"/>
          </w:tcPr>
          <w:p w14:paraId="043F9C64" w14:textId="77777777" w:rsidR="00845654" w:rsidRPr="009313F0" w:rsidRDefault="007D0FA9" w:rsidP="00784115">
            <w:pPr>
              <w:tabs>
                <w:tab w:val="left" w:pos="-360"/>
              </w:tabs>
              <w:ind w:right="-540"/>
              <w:rPr>
                <w:b/>
                <w:bCs/>
              </w:rPr>
            </w:pPr>
            <w:r w:rsidRPr="009313F0">
              <w:rPr>
                <w:b/>
                <w:bCs/>
              </w:rPr>
              <w:t>Task</w:t>
            </w:r>
          </w:p>
        </w:tc>
        <w:tc>
          <w:tcPr>
            <w:tcW w:w="5297" w:type="dxa"/>
          </w:tcPr>
          <w:p w14:paraId="175F53DD" w14:textId="77777777" w:rsidR="00845654" w:rsidRPr="009313F0" w:rsidRDefault="007D0FA9" w:rsidP="00784115">
            <w:pPr>
              <w:tabs>
                <w:tab w:val="left" w:pos="-360"/>
              </w:tabs>
              <w:ind w:left="42" w:right="-540"/>
              <w:rPr>
                <w:b/>
                <w:bCs/>
              </w:rPr>
            </w:pPr>
            <w:r w:rsidRPr="009313F0">
              <w:rPr>
                <w:b/>
                <w:bCs/>
              </w:rPr>
              <w:t>Completed</w:t>
            </w:r>
          </w:p>
        </w:tc>
      </w:tr>
      <w:tr w:rsidR="00845654" w14:paraId="0544F6EB" w14:textId="77777777" w:rsidTr="00784115">
        <w:trPr>
          <w:trHeight w:val="370"/>
        </w:trPr>
        <w:tc>
          <w:tcPr>
            <w:tcW w:w="5297" w:type="dxa"/>
            <w:shd w:val="clear" w:color="auto" w:fill="E6F0FA"/>
          </w:tcPr>
          <w:p w14:paraId="7204DF34" w14:textId="77777777" w:rsidR="00845654" w:rsidRDefault="007D0FA9" w:rsidP="00784115">
            <w:pPr>
              <w:tabs>
                <w:tab w:val="left" w:pos="-360"/>
              </w:tabs>
              <w:ind w:right="-540"/>
            </w:pPr>
            <w:r>
              <w:t>Objective 1</w:t>
            </w:r>
          </w:p>
        </w:tc>
        <w:tc>
          <w:tcPr>
            <w:tcW w:w="5297" w:type="dxa"/>
            <w:shd w:val="clear" w:color="auto" w:fill="E6F0FA"/>
          </w:tcPr>
          <w:p w14:paraId="3FF3C121" w14:textId="77777777" w:rsidR="00845654" w:rsidRDefault="007D0FA9" w:rsidP="00784115">
            <w:pPr>
              <w:tabs>
                <w:tab w:val="left" w:pos="-360"/>
              </w:tabs>
              <w:ind w:left="42" w:right="-540"/>
            </w:pPr>
            <w:r>
              <w:t>☐</w:t>
            </w:r>
          </w:p>
        </w:tc>
      </w:tr>
      <w:tr w:rsidR="00845654" w14:paraId="09324DDD" w14:textId="77777777" w:rsidTr="00784115">
        <w:trPr>
          <w:trHeight w:val="355"/>
        </w:trPr>
        <w:tc>
          <w:tcPr>
            <w:tcW w:w="5297" w:type="dxa"/>
          </w:tcPr>
          <w:p w14:paraId="41C14660" w14:textId="77777777" w:rsidR="00845654" w:rsidRDefault="007D0FA9" w:rsidP="00784115">
            <w:pPr>
              <w:tabs>
                <w:tab w:val="left" w:pos="-360"/>
              </w:tabs>
              <w:ind w:right="-540"/>
            </w:pPr>
            <w:r>
              <w:t>Objective 2</w:t>
            </w:r>
          </w:p>
        </w:tc>
        <w:tc>
          <w:tcPr>
            <w:tcW w:w="5297" w:type="dxa"/>
          </w:tcPr>
          <w:p w14:paraId="2EB5A2C6" w14:textId="77777777" w:rsidR="00845654" w:rsidRDefault="007D0FA9" w:rsidP="00784115">
            <w:pPr>
              <w:tabs>
                <w:tab w:val="left" w:pos="-360"/>
              </w:tabs>
              <w:ind w:left="42" w:right="-540"/>
            </w:pPr>
            <w:r>
              <w:t>☐</w:t>
            </w:r>
          </w:p>
        </w:tc>
      </w:tr>
      <w:tr w:rsidR="00845654" w14:paraId="761B21FC" w14:textId="77777777" w:rsidTr="00784115">
        <w:trPr>
          <w:trHeight w:val="355"/>
        </w:trPr>
        <w:tc>
          <w:tcPr>
            <w:tcW w:w="5297" w:type="dxa"/>
            <w:shd w:val="clear" w:color="auto" w:fill="E6F0FA"/>
          </w:tcPr>
          <w:p w14:paraId="69E1D925" w14:textId="77777777" w:rsidR="00845654" w:rsidRDefault="007D0FA9" w:rsidP="00784115">
            <w:pPr>
              <w:tabs>
                <w:tab w:val="left" w:pos="-360"/>
              </w:tabs>
              <w:ind w:right="-540"/>
            </w:pPr>
            <w:r>
              <w:t>Objective 3</w:t>
            </w:r>
          </w:p>
        </w:tc>
        <w:tc>
          <w:tcPr>
            <w:tcW w:w="5297" w:type="dxa"/>
            <w:shd w:val="clear" w:color="auto" w:fill="E6F0FA"/>
          </w:tcPr>
          <w:p w14:paraId="185453AF" w14:textId="77777777" w:rsidR="00845654" w:rsidRDefault="007D0FA9" w:rsidP="00784115">
            <w:pPr>
              <w:tabs>
                <w:tab w:val="left" w:pos="-360"/>
              </w:tabs>
              <w:ind w:left="42" w:right="-540"/>
            </w:pPr>
            <w:r>
              <w:t>☐</w:t>
            </w:r>
          </w:p>
        </w:tc>
      </w:tr>
    </w:tbl>
    <w:p w14:paraId="09F3B058" w14:textId="77777777" w:rsidR="00845654" w:rsidRDefault="00845654" w:rsidP="00AA4A6A">
      <w:pPr>
        <w:tabs>
          <w:tab w:val="left" w:pos="-360"/>
        </w:tabs>
        <w:ind w:left="-540" w:right="-540"/>
      </w:pPr>
    </w:p>
    <w:p w14:paraId="64C0D3BE" w14:textId="77777777" w:rsidR="00845654" w:rsidRPr="009D54B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D54BA">
        <w:rPr>
          <w:b/>
          <w:bCs/>
        </w:rPr>
        <w:t xml:space="preserve">⏱ </w:t>
      </w:r>
      <w:r w:rsidRPr="00FA4A05">
        <w:rPr>
          <w:b/>
          <w:bCs/>
          <w:color w:val="24499C"/>
        </w:rPr>
        <w:t>Time Blocks</w:t>
      </w:r>
    </w:p>
    <w:tbl>
      <w:tblPr>
        <w:tblStyle w:val="TableGrid"/>
        <w:tblW w:w="0" w:type="auto"/>
        <w:tblInd w:w="-545" w:type="dxa"/>
        <w:tblLook w:val="04A0" w:firstRow="1" w:lastRow="0" w:firstColumn="1" w:lastColumn="0" w:noHBand="0" w:noVBand="1"/>
      </w:tblPr>
      <w:tblGrid>
        <w:gridCol w:w="5333"/>
        <w:gridCol w:w="5333"/>
      </w:tblGrid>
      <w:tr w:rsidR="00845654" w14:paraId="1F49ADA4" w14:textId="77777777" w:rsidTr="009313F0">
        <w:trPr>
          <w:trHeight w:val="308"/>
        </w:trPr>
        <w:tc>
          <w:tcPr>
            <w:tcW w:w="5333" w:type="dxa"/>
          </w:tcPr>
          <w:p w14:paraId="54880D91" w14:textId="77777777" w:rsidR="00845654" w:rsidRPr="009313F0" w:rsidRDefault="007D0FA9" w:rsidP="009D54BA">
            <w:pPr>
              <w:tabs>
                <w:tab w:val="left" w:pos="-360"/>
              </w:tabs>
              <w:ind w:left="-18" w:right="-540"/>
              <w:rPr>
                <w:b/>
                <w:bCs/>
              </w:rPr>
            </w:pPr>
            <w:r w:rsidRPr="009313F0">
              <w:rPr>
                <w:b/>
                <w:bCs/>
              </w:rPr>
              <w:t>Block</w:t>
            </w:r>
          </w:p>
        </w:tc>
        <w:tc>
          <w:tcPr>
            <w:tcW w:w="5333" w:type="dxa"/>
          </w:tcPr>
          <w:p w14:paraId="027D62F3" w14:textId="77777777" w:rsidR="00845654" w:rsidRPr="009313F0" w:rsidRDefault="007D0FA9" w:rsidP="009D54BA">
            <w:pPr>
              <w:tabs>
                <w:tab w:val="left" w:pos="-360"/>
              </w:tabs>
              <w:ind w:right="-540"/>
              <w:rPr>
                <w:b/>
                <w:bCs/>
              </w:rPr>
            </w:pPr>
            <w:r w:rsidRPr="009313F0">
              <w:rPr>
                <w:b/>
                <w:bCs/>
              </w:rPr>
              <w:t>Notes / Tasks</w:t>
            </w:r>
          </w:p>
        </w:tc>
      </w:tr>
      <w:tr w:rsidR="00845654" w14:paraId="5073C74B" w14:textId="77777777" w:rsidTr="009313F0">
        <w:trPr>
          <w:trHeight w:val="323"/>
        </w:trPr>
        <w:tc>
          <w:tcPr>
            <w:tcW w:w="5333" w:type="dxa"/>
            <w:shd w:val="clear" w:color="auto" w:fill="E6F0FA"/>
          </w:tcPr>
          <w:p w14:paraId="68972A3F" w14:textId="77777777" w:rsidR="00845654" w:rsidRDefault="007D0FA9" w:rsidP="009D54BA">
            <w:pPr>
              <w:tabs>
                <w:tab w:val="left" w:pos="-360"/>
              </w:tabs>
              <w:ind w:left="-18" w:right="-540"/>
            </w:pPr>
            <w:r>
              <w:t>Morning</w:t>
            </w:r>
          </w:p>
        </w:tc>
        <w:tc>
          <w:tcPr>
            <w:tcW w:w="5333" w:type="dxa"/>
            <w:shd w:val="clear" w:color="auto" w:fill="E6F0FA"/>
          </w:tcPr>
          <w:p w14:paraId="0A3C902D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6D88BB85" w14:textId="77777777" w:rsidTr="009313F0">
        <w:trPr>
          <w:trHeight w:val="308"/>
        </w:trPr>
        <w:tc>
          <w:tcPr>
            <w:tcW w:w="5333" w:type="dxa"/>
          </w:tcPr>
          <w:p w14:paraId="04B163E3" w14:textId="77777777" w:rsidR="00845654" w:rsidRDefault="007D0FA9" w:rsidP="009D54BA">
            <w:pPr>
              <w:tabs>
                <w:tab w:val="left" w:pos="-360"/>
              </w:tabs>
              <w:ind w:left="-18" w:right="-540"/>
            </w:pPr>
            <w:r>
              <w:t>Mid-day</w:t>
            </w:r>
          </w:p>
        </w:tc>
        <w:tc>
          <w:tcPr>
            <w:tcW w:w="5333" w:type="dxa"/>
          </w:tcPr>
          <w:p w14:paraId="2451B490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04263121" w14:textId="77777777" w:rsidTr="009313F0">
        <w:trPr>
          <w:trHeight w:val="308"/>
        </w:trPr>
        <w:tc>
          <w:tcPr>
            <w:tcW w:w="5333" w:type="dxa"/>
            <w:shd w:val="clear" w:color="auto" w:fill="E6F0FA"/>
          </w:tcPr>
          <w:p w14:paraId="318EDAE6" w14:textId="77777777" w:rsidR="00845654" w:rsidRDefault="007D0FA9" w:rsidP="009D54BA">
            <w:pPr>
              <w:tabs>
                <w:tab w:val="left" w:pos="-360"/>
              </w:tabs>
              <w:ind w:left="-18" w:right="-540"/>
            </w:pPr>
            <w:r>
              <w:t>Afternoon</w:t>
            </w:r>
          </w:p>
        </w:tc>
        <w:tc>
          <w:tcPr>
            <w:tcW w:w="5333" w:type="dxa"/>
            <w:shd w:val="clear" w:color="auto" w:fill="E6F0FA"/>
          </w:tcPr>
          <w:p w14:paraId="50706D84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18B78F69" w14:textId="77777777" w:rsidTr="009313F0">
        <w:trPr>
          <w:trHeight w:val="308"/>
        </w:trPr>
        <w:tc>
          <w:tcPr>
            <w:tcW w:w="5333" w:type="dxa"/>
          </w:tcPr>
          <w:p w14:paraId="4837801A" w14:textId="77777777" w:rsidR="00845654" w:rsidRDefault="007D0FA9" w:rsidP="009D54BA">
            <w:pPr>
              <w:tabs>
                <w:tab w:val="left" w:pos="-360"/>
              </w:tabs>
              <w:ind w:left="-18" w:right="-540"/>
            </w:pPr>
            <w:r>
              <w:t>Evening</w:t>
            </w:r>
          </w:p>
        </w:tc>
        <w:tc>
          <w:tcPr>
            <w:tcW w:w="5333" w:type="dxa"/>
          </w:tcPr>
          <w:p w14:paraId="143A395E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</w:tbl>
    <w:p w14:paraId="550574D4" w14:textId="77777777" w:rsidR="00845654" w:rsidRDefault="00845654" w:rsidP="00AA4A6A">
      <w:pPr>
        <w:tabs>
          <w:tab w:val="left" w:pos="-360"/>
        </w:tabs>
        <w:ind w:left="-540" w:right="-540"/>
      </w:pPr>
    </w:p>
    <w:p w14:paraId="4D5FC002" w14:textId="77777777" w:rsidR="00845654" w:rsidRPr="009D54B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D54BA">
        <w:rPr>
          <w:b/>
          <w:bCs/>
        </w:rPr>
        <w:t xml:space="preserve">📎 </w:t>
      </w:r>
      <w:r w:rsidRPr="00FA4A05">
        <w:rPr>
          <w:b/>
          <w:bCs/>
          <w:color w:val="24499C"/>
        </w:rPr>
        <w:t>Key Communications (Calls / Emails / Messages)</w:t>
      </w:r>
    </w:p>
    <w:tbl>
      <w:tblPr>
        <w:tblStyle w:val="TableGrid"/>
        <w:tblW w:w="0" w:type="auto"/>
        <w:tblInd w:w="-545" w:type="dxa"/>
        <w:tblLook w:val="04A0" w:firstRow="1" w:lastRow="0" w:firstColumn="1" w:lastColumn="0" w:noHBand="0" w:noVBand="1"/>
      </w:tblPr>
      <w:tblGrid>
        <w:gridCol w:w="5345"/>
        <w:gridCol w:w="5345"/>
      </w:tblGrid>
      <w:tr w:rsidR="00845654" w14:paraId="0A743A40" w14:textId="77777777" w:rsidTr="009313F0">
        <w:trPr>
          <w:trHeight w:val="260"/>
        </w:trPr>
        <w:tc>
          <w:tcPr>
            <w:tcW w:w="5345" w:type="dxa"/>
          </w:tcPr>
          <w:p w14:paraId="6D55E224" w14:textId="77777777" w:rsidR="00845654" w:rsidRPr="009313F0" w:rsidRDefault="007D0FA9" w:rsidP="009D54BA">
            <w:pPr>
              <w:tabs>
                <w:tab w:val="left" w:pos="-360"/>
              </w:tabs>
              <w:ind w:left="-18" w:right="-540"/>
              <w:rPr>
                <w:b/>
                <w:bCs/>
              </w:rPr>
            </w:pPr>
            <w:r w:rsidRPr="009313F0">
              <w:rPr>
                <w:b/>
                <w:bCs/>
              </w:rPr>
              <w:t>To Contact</w:t>
            </w:r>
          </w:p>
        </w:tc>
        <w:tc>
          <w:tcPr>
            <w:tcW w:w="5345" w:type="dxa"/>
          </w:tcPr>
          <w:p w14:paraId="12D181FB" w14:textId="77777777" w:rsidR="00845654" w:rsidRPr="009313F0" w:rsidRDefault="007D0FA9" w:rsidP="009D54BA">
            <w:pPr>
              <w:tabs>
                <w:tab w:val="left" w:pos="-360"/>
              </w:tabs>
              <w:ind w:right="-540"/>
              <w:rPr>
                <w:b/>
                <w:bCs/>
              </w:rPr>
            </w:pPr>
            <w:r w:rsidRPr="009313F0">
              <w:rPr>
                <w:b/>
                <w:bCs/>
              </w:rPr>
              <w:t>Details</w:t>
            </w:r>
          </w:p>
        </w:tc>
      </w:tr>
      <w:tr w:rsidR="00845654" w14:paraId="067DC9F8" w14:textId="77777777" w:rsidTr="009313F0">
        <w:trPr>
          <w:trHeight w:val="273"/>
        </w:trPr>
        <w:tc>
          <w:tcPr>
            <w:tcW w:w="5345" w:type="dxa"/>
            <w:shd w:val="clear" w:color="auto" w:fill="E6F0FA"/>
          </w:tcPr>
          <w:p w14:paraId="27EB6857" w14:textId="77777777" w:rsidR="00845654" w:rsidRDefault="00845654" w:rsidP="009D54BA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45" w:type="dxa"/>
            <w:shd w:val="clear" w:color="auto" w:fill="E6F0FA"/>
          </w:tcPr>
          <w:p w14:paraId="0D0EA933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40AFE7B3" w14:textId="77777777" w:rsidTr="009313F0">
        <w:trPr>
          <w:trHeight w:val="260"/>
        </w:trPr>
        <w:tc>
          <w:tcPr>
            <w:tcW w:w="5345" w:type="dxa"/>
          </w:tcPr>
          <w:p w14:paraId="22B9EAAA" w14:textId="77777777" w:rsidR="00845654" w:rsidRDefault="00845654" w:rsidP="009D54BA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45" w:type="dxa"/>
          </w:tcPr>
          <w:p w14:paraId="516C3EBE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22362811" w14:textId="77777777" w:rsidTr="009313F0">
        <w:trPr>
          <w:trHeight w:val="260"/>
        </w:trPr>
        <w:tc>
          <w:tcPr>
            <w:tcW w:w="5345" w:type="dxa"/>
            <w:shd w:val="clear" w:color="auto" w:fill="E6F0FA"/>
          </w:tcPr>
          <w:p w14:paraId="37588E5A" w14:textId="77777777" w:rsidR="00845654" w:rsidRDefault="00845654" w:rsidP="009D54BA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45" w:type="dxa"/>
            <w:shd w:val="clear" w:color="auto" w:fill="E6F0FA"/>
          </w:tcPr>
          <w:p w14:paraId="5B59E1BE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56106469" w14:textId="77777777" w:rsidTr="009313F0">
        <w:trPr>
          <w:trHeight w:val="273"/>
        </w:trPr>
        <w:tc>
          <w:tcPr>
            <w:tcW w:w="5345" w:type="dxa"/>
          </w:tcPr>
          <w:p w14:paraId="12ABD930" w14:textId="77777777" w:rsidR="00845654" w:rsidRDefault="00845654" w:rsidP="009D54BA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45" w:type="dxa"/>
          </w:tcPr>
          <w:p w14:paraId="65B7C513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  <w:tr w:rsidR="00845654" w14:paraId="14FD96B8" w14:textId="77777777" w:rsidTr="009313F0">
        <w:trPr>
          <w:trHeight w:val="260"/>
        </w:trPr>
        <w:tc>
          <w:tcPr>
            <w:tcW w:w="5345" w:type="dxa"/>
            <w:shd w:val="clear" w:color="auto" w:fill="E6F0FA"/>
          </w:tcPr>
          <w:p w14:paraId="4DE8E94F" w14:textId="77777777" w:rsidR="00845654" w:rsidRDefault="00845654" w:rsidP="009D54BA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45" w:type="dxa"/>
            <w:shd w:val="clear" w:color="auto" w:fill="E6F0FA"/>
          </w:tcPr>
          <w:p w14:paraId="7B4B5B61" w14:textId="77777777" w:rsidR="00845654" w:rsidRDefault="00845654" w:rsidP="009D54BA">
            <w:pPr>
              <w:tabs>
                <w:tab w:val="left" w:pos="-360"/>
              </w:tabs>
              <w:ind w:right="-540"/>
            </w:pPr>
          </w:p>
        </w:tc>
      </w:tr>
    </w:tbl>
    <w:p w14:paraId="5F8BDBB2" w14:textId="77777777" w:rsidR="00845654" w:rsidRDefault="00845654" w:rsidP="00AA4A6A">
      <w:pPr>
        <w:tabs>
          <w:tab w:val="left" w:pos="-360"/>
        </w:tabs>
        <w:ind w:left="-540" w:right="-540"/>
      </w:pPr>
    </w:p>
    <w:p w14:paraId="1378271D" w14:textId="77777777" w:rsidR="00845654" w:rsidRPr="009D54B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D54BA">
        <w:rPr>
          <w:b/>
          <w:bCs/>
        </w:rPr>
        <w:t xml:space="preserve">📝 </w:t>
      </w:r>
      <w:r w:rsidRPr="00FA4A05">
        <w:rPr>
          <w:b/>
          <w:bCs/>
          <w:color w:val="24499C"/>
        </w:rPr>
        <w:t>Agent Notes</w:t>
      </w:r>
    </w:p>
    <w:p w14:paraId="68546B52" w14:textId="77777777" w:rsidR="009D54BA" w:rsidRDefault="009D54BA" w:rsidP="009D54BA">
      <w:pPr>
        <w:tabs>
          <w:tab w:val="left" w:pos="-360"/>
        </w:tabs>
        <w:ind w:left="-540" w:right="9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8175638" w14:textId="77777777" w:rsidR="00845654" w:rsidRDefault="00845654" w:rsidP="00AA4A6A">
      <w:pPr>
        <w:tabs>
          <w:tab w:val="left" w:pos="-360"/>
        </w:tabs>
        <w:ind w:left="-540" w:right="-540"/>
      </w:pPr>
    </w:p>
    <w:p w14:paraId="52535CC9" w14:textId="77777777" w:rsidR="00845654" w:rsidRPr="009D54B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D54BA">
        <w:rPr>
          <w:b/>
          <w:bCs/>
        </w:rPr>
        <w:t xml:space="preserve">✅ </w:t>
      </w:r>
      <w:r w:rsidRPr="00FA4A05">
        <w:rPr>
          <w:b/>
          <w:bCs/>
          <w:color w:val="24499C"/>
        </w:rPr>
        <w:t>End-of-Day Reset</w:t>
      </w:r>
    </w:p>
    <w:p w14:paraId="631B7EEF" w14:textId="77777777" w:rsidR="00845654" w:rsidRDefault="007D0FA9" w:rsidP="00AA4A6A">
      <w:pPr>
        <w:tabs>
          <w:tab w:val="left" w:pos="-360"/>
        </w:tabs>
        <w:ind w:left="-540" w:right="-540"/>
      </w:pPr>
      <w:r>
        <w:t>☐ Clear Desk</w:t>
      </w:r>
    </w:p>
    <w:p w14:paraId="30E17097" w14:textId="77777777" w:rsidR="00845654" w:rsidRDefault="007D0FA9" w:rsidP="00AA4A6A">
      <w:pPr>
        <w:tabs>
          <w:tab w:val="left" w:pos="-360"/>
        </w:tabs>
        <w:ind w:left="-540" w:right="-540"/>
      </w:pPr>
      <w:r>
        <w:t>☐ Clear Inbox</w:t>
      </w:r>
    </w:p>
    <w:p w14:paraId="53A91B8F" w14:textId="77777777" w:rsidR="00845654" w:rsidRDefault="007D0FA9" w:rsidP="00AA4A6A">
      <w:pPr>
        <w:tabs>
          <w:tab w:val="left" w:pos="-360"/>
        </w:tabs>
        <w:ind w:left="-540" w:right="-540"/>
      </w:pPr>
      <w:r>
        <w:t>☐ Plan Tomorrow</w:t>
      </w:r>
    </w:p>
    <w:p w14:paraId="19931A76" w14:textId="77777777" w:rsidR="00845654" w:rsidRDefault="00845654" w:rsidP="00AA4A6A">
      <w:pPr>
        <w:tabs>
          <w:tab w:val="left" w:pos="-360"/>
        </w:tabs>
        <w:ind w:left="-540" w:right="-540"/>
      </w:pPr>
    </w:p>
    <w:p w14:paraId="3B6AEEB8" w14:textId="77777777" w:rsidR="00845654" w:rsidRPr="009D54BA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D54BA">
        <w:rPr>
          <w:b/>
          <w:bCs/>
        </w:rPr>
        <w:t xml:space="preserve">🔎 </w:t>
      </w:r>
      <w:r w:rsidRPr="00FA4A05">
        <w:rPr>
          <w:b/>
          <w:bCs/>
          <w:color w:val="24499C"/>
        </w:rPr>
        <w:t>Quick Reflection</w:t>
      </w:r>
    </w:p>
    <w:p w14:paraId="1054D81F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What worked today?</w:t>
      </w:r>
    </w:p>
    <w:p w14:paraId="6453E747" w14:textId="1B811792" w:rsidR="009E5799" w:rsidRDefault="009D54BA" w:rsidP="00AA4A6A">
      <w:pPr>
        <w:tabs>
          <w:tab w:val="left" w:pos="-360"/>
        </w:tabs>
        <w:ind w:left="-540" w:right="-54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  <w:r w:rsidR="00FB7165">
        <w:rPr>
          <w:u w:val="single"/>
        </w:rPr>
        <w:tab/>
      </w:r>
    </w:p>
    <w:p w14:paraId="3223346E" w14:textId="3AC99379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What didn’t work today?</w:t>
      </w:r>
    </w:p>
    <w:p w14:paraId="119C1E7F" w14:textId="77777777" w:rsidR="009E5799" w:rsidRDefault="009E5799" w:rsidP="009E5799">
      <w:pPr>
        <w:tabs>
          <w:tab w:val="left" w:pos="-360"/>
        </w:tabs>
        <w:ind w:left="-540" w:right="-54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3F7E0BF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30350B12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73347D9A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47940459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4C8321EC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283379C5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1968A1D4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6864EE8D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1192427A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11BA6D3F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1DCC19A6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467A50C7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207889F1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70A63909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40CFD8F7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5FD37DED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4FA142E6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50CC08D5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28A89AEA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63A68B0A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3EE78626" w14:textId="77777777" w:rsidR="00E54265" w:rsidRDefault="00E54265" w:rsidP="009E5799">
      <w:pPr>
        <w:tabs>
          <w:tab w:val="left" w:pos="-360"/>
        </w:tabs>
        <w:ind w:left="-540" w:right="-540"/>
        <w:rPr>
          <w:u w:val="single"/>
        </w:rPr>
      </w:pPr>
    </w:p>
    <w:p w14:paraId="69B8889A" w14:textId="77777777" w:rsidR="00845654" w:rsidRPr="009E5799" w:rsidRDefault="007D0FA9" w:rsidP="00AA4A6A">
      <w:pPr>
        <w:tabs>
          <w:tab w:val="left" w:pos="-360"/>
        </w:tabs>
        <w:ind w:left="-540" w:right="-540"/>
        <w:rPr>
          <w:b/>
          <w:bCs/>
        </w:rPr>
      </w:pPr>
      <w:r w:rsidRPr="009E5799">
        <w:rPr>
          <w:b/>
          <w:bCs/>
        </w:rPr>
        <w:t xml:space="preserve">📊 </w:t>
      </w:r>
      <w:r w:rsidRPr="00FA4A05">
        <w:rPr>
          <w:b/>
          <w:bCs/>
          <w:color w:val="24499C"/>
        </w:rPr>
        <w:t>Weekly Recon Log</w:t>
      </w:r>
    </w:p>
    <w:p w14:paraId="675D6AFD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Key Metrics Check</w:t>
      </w:r>
    </w:p>
    <w:tbl>
      <w:tblPr>
        <w:tblStyle w:val="TableGrid"/>
        <w:tblW w:w="0" w:type="auto"/>
        <w:tblInd w:w="-545" w:type="dxa"/>
        <w:tblLook w:val="04A0" w:firstRow="1" w:lastRow="0" w:firstColumn="1" w:lastColumn="0" w:noHBand="0" w:noVBand="1"/>
      </w:tblPr>
      <w:tblGrid>
        <w:gridCol w:w="5327"/>
        <w:gridCol w:w="5327"/>
      </w:tblGrid>
      <w:tr w:rsidR="00845654" w14:paraId="0C0C99EA" w14:textId="77777777" w:rsidTr="009E5799">
        <w:trPr>
          <w:trHeight w:val="274"/>
        </w:trPr>
        <w:tc>
          <w:tcPr>
            <w:tcW w:w="5327" w:type="dxa"/>
          </w:tcPr>
          <w:p w14:paraId="05DE4D19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Metric</w:t>
            </w:r>
          </w:p>
        </w:tc>
        <w:tc>
          <w:tcPr>
            <w:tcW w:w="5327" w:type="dxa"/>
          </w:tcPr>
          <w:p w14:paraId="3C405BC0" w14:textId="77777777" w:rsidR="00845654" w:rsidRDefault="007D0FA9" w:rsidP="009E5799">
            <w:pPr>
              <w:tabs>
                <w:tab w:val="left" w:pos="-360"/>
              </w:tabs>
              <w:ind w:right="-540"/>
            </w:pPr>
            <w:r>
              <w:t>Value</w:t>
            </w:r>
          </w:p>
        </w:tc>
      </w:tr>
      <w:tr w:rsidR="00845654" w14:paraId="67012495" w14:textId="77777777" w:rsidTr="009E5799">
        <w:trPr>
          <w:trHeight w:val="287"/>
        </w:trPr>
        <w:tc>
          <w:tcPr>
            <w:tcW w:w="5327" w:type="dxa"/>
            <w:shd w:val="clear" w:color="auto" w:fill="E6F0FA"/>
          </w:tcPr>
          <w:p w14:paraId="5A794C38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Revenue / Sales</w:t>
            </w:r>
          </w:p>
        </w:tc>
        <w:tc>
          <w:tcPr>
            <w:tcW w:w="5327" w:type="dxa"/>
            <w:shd w:val="clear" w:color="auto" w:fill="E6F0FA"/>
          </w:tcPr>
          <w:p w14:paraId="7A6DF29B" w14:textId="77777777" w:rsidR="00845654" w:rsidRDefault="00845654" w:rsidP="009E5799">
            <w:pPr>
              <w:tabs>
                <w:tab w:val="left" w:pos="-360"/>
              </w:tabs>
              <w:ind w:right="-540"/>
            </w:pPr>
          </w:p>
        </w:tc>
      </w:tr>
      <w:tr w:rsidR="00845654" w14:paraId="7CFE9A5C" w14:textId="77777777" w:rsidTr="009E5799">
        <w:trPr>
          <w:trHeight w:val="274"/>
        </w:trPr>
        <w:tc>
          <w:tcPr>
            <w:tcW w:w="5327" w:type="dxa"/>
          </w:tcPr>
          <w:p w14:paraId="31E56722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Hours Worked</w:t>
            </w:r>
          </w:p>
        </w:tc>
        <w:tc>
          <w:tcPr>
            <w:tcW w:w="5327" w:type="dxa"/>
          </w:tcPr>
          <w:p w14:paraId="48B2589F" w14:textId="77777777" w:rsidR="00845654" w:rsidRDefault="00845654" w:rsidP="009E5799">
            <w:pPr>
              <w:tabs>
                <w:tab w:val="left" w:pos="-360"/>
              </w:tabs>
              <w:ind w:right="-540"/>
            </w:pPr>
          </w:p>
        </w:tc>
      </w:tr>
      <w:tr w:rsidR="00845654" w14:paraId="7FBDC930" w14:textId="77777777" w:rsidTr="009E5799">
        <w:trPr>
          <w:trHeight w:val="274"/>
        </w:trPr>
        <w:tc>
          <w:tcPr>
            <w:tcW w:w="5327" w:type="dxa"/>
            <w:shd w:val="clear" w:color="auto" w:fill="E6F0FA"/>
          </w:tcPr>
          <w:p w14:paraId="4E74AA04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Tasks Completed</w:t>
            </w:r>
          </w:p>
        </w:tc>
        <w:tc>
          <w:tcPr>
            <w:tcW w:w="5327" w:type="dxa"/>
            <w:shd w:val="clear" w:color="auto" w:fill="E6F0FA"/>
          </w:tcPr>
          <w:p w14:paraId="6CAB3930" w14:textId="77777777" w:rsidR="00845654" w:rsidRDefault="00845654" w:rsidP="009E5799">
            <w:pPr>
              <w:tabs>
                <w:tab w:val="left" w:pos="-360"/>
              </w:tabs>
              <w:ind w:right="-540"/>
            </w:pPr>
          </w:p>
        </w:tc>
      </w:tr>
      <w:tr w:rsidR="00845654" w14:paraId="46A770C5" w14:textId="77777777" w:rsidTr="009E5799">
        <w:trPr>
          <w:trHeight w:val="287"/>
        </w:trPr>
        <w:tc>
          <w:tcPr>
            <w:tcW w:w="5327" w:type="dxa"/>
          </w:tcPr>
          <w:p w14:paraId="2EDC463A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New Contacts</w:t>
            </w:r>
          </w:p>
        </w:tc>
        <w:tc>
          <w:tcPr>
            <w:tcW w:w="5327" w:type="dxa"/>
          </w:tcPr>
          <w:p w14:paraId="537EE86D" w14:textId="77777777" w:rsidR="00845654" w:rsidRDefault="00845654" w:rsidP="009E5799">
            <w:pPr>
              <w:tabs>
                <w:tab w:val="left" w:pos="-360"/>
              </w:tabs>
              <w:ind w:right="-540"/>
            </w:pPr>
          </w:p>
        </w:tc>
      </w:tr>
      <w:tr w:rsidR="00845654" w14:paraId="188A2EBF" w14:textId="77777777" w:rsidTr="009E5799">
        <w:trPr>
          <w:trHeight w:val="274"/>
        </w:trPr>
        <w:tc>
          <w:tcPr>
            <w:tcW w:w="5327" w:type="dxa"/>
            <w:shd w:val="clear" w:color="auto" w:fill="E6F0FA"/>
          </w:tcPr>
          <w:p w14:paraId="209E00DF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Custom Metric 1</w:t>
            </w:r>
          </w:p>
        </w:tc>
        <w:tc>
          <w:tcPr>
            <w:tcW w:w="5327" w:type="dxa"/>
            <w:shd w:val="clear" w:color="auto" w:fill="E6F0FA"/>
          </w:tcPr>
          <w:p w14:paraId="6894338A" w14:textId="77777777" w:rsidR="00845654" w:rsidRDefault="00845654" w:rsidP="009E5799">
            <w:pPr>
              <w:tabs>
                <w:tab w:val="left" w:pos="-360"/>
              </w:tabs>
              <w:ind w:right="-540"/>
            </w:pPr>
          </w:p>
        </w:tc>
      </w:tr>
      <w:tr w:rsidR="00845654" w14:paraId="2631E470" w14:textId="77777777" w:rsidTr="009E5799">
        <w:trPr>
          <w:trHeight w:val="274"/>
        </w:trPr>
        <w:tc>
          <w:tcPr>
            <w:tcW w:w="5327" w:type="dxa"/>
          </w:tcPr>
          <w:p w14:paraId="0830014C" w14:textId="77777777" w:rsidR="00845654" w:rsidRDefault="007D0FA9" w:rsidP="009E5799">
            <w:pPr>
              <w:tabs>
                <w:tab w:val="left" w:pos="-360"/>
              </w:tabs>
              <w:ind w:left="-18" w:right="-540"/>
            </w:pPr>
            <w:r>
              <w:t>Custom Metric 2</w:t>
            </w:r>
          </w:p>
        </w:tc>
        <w:tc>
          <w:tcPr>
            <w:tcW w:w="5327" w:type="dxa"/>
          </w:tcPr>
          <w:p w14:paraId="34AE8505" w14:textId="77777777" w:rsidR="00845654" w:rsidRDefault="00845654" w:rsidP="009E5799">
            <w:pPr>
              <w:tabs>
                <w:tab w:val="left" w:pos="-360"/>
              </w:tabs>
              <w:ind w:right="-540"/>
            </w:pPr>
          </w:p>
        </w:tc>
      </w:tr>
    </w:tbl>
    <w:p w14:paraId="63156B6F" w14:textId="77777777" w:rsidR="00845654" w:rsidRDefault="00845654" w:rsidP="00AA4A6A">
      <w:pPr>
        <w:tabs>
          <w:tab w:val="left" w:pos="-360"/>
        </w:tabs>
        <w:ind w:left="-540" w:right="-540"/>
      </w:pPr>
    </w:p>
    <w:p w14:paraId="47C77DDB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Top Completed Objectives</w:t>
      </w:r>
    </w:p>
    <w:p w14:paraId="4B34100D" w14:textId="6B14CE9B" w:rsidR="00845654" w:rsidRPr="009E5799" w:rsidRDefault="007D0FA9" w:rsidP="00AA4A6A">
      <w:pPr>
        <w:tabs>
          <w:tab w:val="left" w:pos="-360"/>
        </w:tabs>
        <w:ind w:left="-540" w:right="-540"/>
        <w:rPr>
          <w:u w:val="single"/>
        </w:rPr>
      </w:pPr>
      <w:r>
        <w:t xml:space="preserve">☐ </w:t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  <w:r w:rsidR="009E5799">
        <w:rPr>
          <w:u w:val="single"/>
        </w:rPr>
        <w:tab/>
      </w:r>
    </w:p>
    <w:p w14:paraId="4643753F" w14:textId="77777777" w:rsidR="009E5799" w:rsidRPr="009E5799" w:rsidRDefault="009E5799" w:rsidP="009E5799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161A803" w14:textId="77777777" w:rsidR="009E5799" w:rsidRPr="009E5799" w:rsidRDefault="009E5799" w:rsidP="009E5799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89980A9" w14:textId="77777777" w:rsidR="009E5799" w:rsidRPr="009E5799" w:rsidRDefault="009E5799" w:rsidP="009E5799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B5F6201" w14:textId="77777777" w:rsidR="009E5799" w:rsidRPr="009E5799" w:rsidRDefault="009E5799" w:rsidP="009E5799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7B696DD" w14:textId="77777777" w:rsidR="00845654" w:rsidRDefault="00845654" w:rsidP="00AA4A6A">
      <w:pPr>
        <w:tabs>
          <w:tab w:val="left" w:pos="-360"/>
        </w:tabs>
        <w:ind w:left="-540" w:right="-540"/>
      </w:pPr>
    </w:p>
    <w:p w14:paraId="52C65D3F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Outstanding Missions (Carry Forwards)</w:t>
      </w:r>
    </w:p>
    <w:tbl>
      <w:tblPr>
        <w:tblStyle w:val="TableGrid"/>
        <w:tblW w:w="0" w:type="auto"/>
        <w:tblInd w:w="-545" w:type="dxa"/>
        <w:tblLook w:val="04A0" w:firstRow="1" w:lastRow="0" w:firstColumn="1" w:lastColumn="0" w:noHBand="0" w:noVBand="1"/>
      </w:tblPr>
      <w:tblGrid>
        <w:gridCol w:w="5315"/>
        <w:gridCol w:w="5315"/>
      </w:tblGrid>
      <w:tr w:rsidR="00845654" w14:paraId="15BE86E9" w14:textId="77777777" w:rsidTr="009E5799">
        <w:trPr>
          <w:trHeight w:val="248"/>
        </w:trPr>
        <w:tc>
          <w:tcPr>
            <w:tcW w:w="5315" w:type="dxa"/>
          </w:tcPr>
          <w:p w14:paraId="1EF4263C" w14:textId="77777777" w:rsidR="00845654" w:rsidRPr="00FB7165" w:rsidRDefault="007D0FA9" w:rsidP="009E5799">
            <w:pPr>
              <w:tabs>
                <w:tab w:val="left" w:pos="-360"/>
              </w:tabs>
              <w:ind w:left="-18" w:right="-540"/>
              <w:rPr>
                <w:b/>
                <w:bCs/>
              </w:rPr>
            </w:pPr>
            <w:r w:rsidRPr="00FB7165">
              <w:rPr>
                <w:b/>
                <w:bCs/>
              </w:rPr>
              <w:t>Task / Project</w:t>
            </w:r>
          </w:p>
        </w:tc>
        <w:tc>
          <w:tcPr>
            <w:tcW w:w="5315" w:type="dxa"/>
          </w:tcPr>
          <w:p w14:paraId="176B984D" w14:textId="77777777" w:rsidR="00845654" w:rsidRPr="00FB7165" w:rsidRDefault="007D0FA9" w:rsidP="005C7A92">
            <w:pPr>
              <w:tabs>
                <w:tab w:val="left" w:pos="-360"/>
              </w:tabs>
              <w:ind w:left="-24" w:right="-540"/>
              <w:rPr>
                <w:b/>
                <w:bCs/>
              </w:rPr>
            </w:pPr>
            <w:r w:rsidRPr="00FB7165">
              <w:rPr>
                <w:b/>
                <w:bCs/>
              </w:rPr>
              <w:t>Notes</w:t>
            </w:r>
          </w:p>
        </w:tc>
      </w:tr>
      <w:tr w:rsidR="00845654" w14:paraId="40E55E17" w14:textId="77777777" w:rsidTr="009E5799">
        <w:trPr>
          <w:trHeight w:val="260"/>
        </w:trPr>
        <w:tc>
          <w:tcPr>
            <w:tcW w:w="5315" w:type="dxa"/>
            <w:shd w:val="clear" w:color="auto" w:fill="E6F0FA"/>
          </w:tcPr>
          <w:p w14:paraId="494A5051" w14:textId="77777777" w:rsidR="00845654" w:rsidRDefault="00845654" w:rsidP="009E5799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15" w:type="dxa"/>
            <w:shd w:val="clear" w:color="auto" w:fill="E6F0FA"/>
          </w:tcPr>
          <w:p w14:paraId="42F80BB1" w14:textId="77777777" w:rsidR="00845654" w:rsidRDefault="00845654" w:rsidP="005C7A92">
            <w:pPr>
              <w:tabs>
                <w:tab w:val="left" w:pos="-360"/>
              </w:tabs>
              <w:ind w:left="-24" w:right="-540"/>
            </w:pPr>
          </w:p>
        </w:tc>
      </w:tr>
      <w:tr w:rsidR="00845654" w14:paraId="397BD477" w14:textId="77777777" w:rsidTr="009E5799">
        <w:trPr>
          <w:trHeight w:val="248"/>
        </w:trPr>
        <w:tc>
          <w:tcPr>
            <w:tcW w:w="5315" w:type="dxa"/>
          </w:tcPr>
          <w:p w14:paraId="3A577B90" w14:textId="77777777" w:rsidR="00845654" w:rsidRDefault="00845654" w:rsidP="009E5799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15" w:type="dxa"/>
          </w:tcPr>
          <w:p w14:paraId="492C09AC" w14:textId="77777777" w:rsidR="00845654" w:rsidRDefault="00845654" w:rsidP="005C7A92">
            <w:pPr>
              <w:tabs>
                <w:tab w:val="left" w:pos="-360"/>
              </w:tabs>
              <w:ind w:left="-24" w:right="-540"/>
            </w:pPr>
          </w:p>
        </w:tc>
      </w:tr>
      <w:tr w:rsidR="00845654" w14:paraId="42181099" w14:textId="77777777" w:rsidTr="009E5799">
        <w:trPr>
          <w:trHeight w:val="248"/>
        </w:trPr>
        <w:tc>
          <w:tcPr>
            <w:tcW w:w="5315" w:type="dxa"/>
            <w:shd w:val="clear" w:color="auto" w:fill="E6F0FA"/>
          </w:tcPr>
          <w:p w14:paraId="5E92AFEC" w14:textId="77777777" w:rsidR="00845654" w:rsidRDefault="00845654" w:rsidP="009E5799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15" w:type="dxa"/>
            <w:shd w:val="clear" w:color="auto" w:fill="E6F0FA"/>
          </w:tcPr>
          <w:p w14:paraId="3C73D0A5" w14:textId="77777777" w:rsidR="00845654" w:rsidRDefault="00845654" w:rsidP="005C7A92">
            <w:pPr>
              <w:tabs>
                <w:tab w:val="left" w:pos="-360"/>
              </w:tabs>
              <w:ind w:left="-24" w:right="-540"/>
            </w:pPr>
          </w:p>
        </w:tc>
      </w:tr>
      <w:tr w:rsidR="00845654" w14:paraId="0E21FA9A" w14:textId="77777777" w:rsidTr="009E5799">
        <w:trPr>
          <w:trHeight w:val="260"/>
        </w:trPr>
        <w:tc>
          <w:tcPr>
            <w:tcW w:w="5315" w:type="dxa"/>
          </w:tcPr>
          <w:p w14:paraId="3041A270" w14:textId="77777777" w:rsidR="00845654" w:rsidRDefault="00845654" w:rsidP="009E5799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15" w:type="dxa"/>
          </w:tcPr>
          <w:p w14:paraId="610168E5" w14:textId="77777777" w:rsidR="00845654" w:rsidRDefault="00845654" w:rsidP="005C7A92">
            <w:pPr>
              <w:tabs>
                <w:tab w:val="left" w:pos="-360"/>
              </w:tabs>
              <w:ind w:left="-24" w:right="-540"/>
            </w:pPr>
          </w:p>
        </w:tc>
      </w:tr>
      <w:tr w:rsidR="00845654" w14:paraId="1F68DF3D" w14:textId="77777777" w:rsidTr="009E5799">
        <w:trPr>
          <w:trHeight w:val="248"/>
        </w:trPr>
        <w:tc>
          <w:tcPr>
            <w:tcW w:w="5315" w:type="dxa"/>
            <w:shd w:val="clear" w:color="auto" w:fill="E6F0FA"/>
          </w:tcPr>
          <w:p w14:paraId="48979E84" w14:textId="77777777" w:rsidR="00845654" w:rsidRDefault="00845654" w:rsidP="009E5799">
            <w:pPr>
              <w:tabs>
                <w:tab w:val="left" w:pos="-360"/>
              </w:tabs>
              <w:ind w:left="-18" w:right="-540"/>
            </w:pPr>
          </w:p>
        </w:tc>
        <w:tc>
          <w:tcPr>
            <w:tcW w:w="5315" w:type="dxa"/>
            <w:shd w:val="clear" w:color="auto" w:fill="E6F0FA"/>
          </w:tcPr>
          <w:p w14:paraId="7BA90D1C" w14:textId="77777777" w:rsidR="00845654" w:rsidRDefault="00845654" w:rsidP="005C7A92">
            <w:pPr>
              <w:tabs>
                <w:tab w:val="left" w:pos="-360"/>
              </w:tabs>
              <w:ind w:left="-24" w:right="-540"/>
            </w:pPr>
          </w:p>
        </w:tc>
      </w:tr>
    </w:tbl>
    <w:p w14:paraId="1548E893" w14:textId="77777777" w:rsidR="00845654" w:rsidRDefault="00845654" w:rsidP="00AA4A6A">
      <w:pPr>
        <w:tabs>
          <w:tab w:val="left" w:pos="-360"/>
        </w:tabs>
        <w:ind w:left="-540" w:right="-540"/>
      </w:pPr>
    </w:p>
    <w:p w14:paraId="290F18D5" w14:textId="00A9ECC1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Next Week’s Objectives</w:t>
      </w:r>
    </w:p>
    <w:p w14:paraId="7BE3DA1D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F337B26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508614F" w14:textId="77777777" w:rsidR="005C7A92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CBDA64" w14:textId="77777777" w:rsidR="00E54265" w:rsidRPr="009E5799" w:rsidRDefault="00E54265" w:rsidP="00E54265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9576EE4" w14:textId="0C414DD1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Upcoming Communications</w:t>
      </w:r>
    </w:p>
    <w:p w14:paraId="22D5B97A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C3934FD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9B2CC8A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B5DA313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245DAAE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BB832D5" w14:textId="77777777" w:rsidR="00845654" w:rsidRDefault="00845654" w:rsidP="00AA4A6A">
      <w:pPr>
        <w:tabs>
          <w:tab w:val="left" w:pos="-360"/>
        </w:tabs>
        <w:ind w:left="-540" w:right="-540"/>
      </w:pPr>
    </w:p>
    <w:p w14:paraId="3482D9B7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Reflection</w:t>
      </w:r>
    </w:p>
    <w:p w14:paraId="1AE70E22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Wins:</w:t>
      </w:r>
    </w:p>
    <w:p w14:paraId="19383DD9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DA97098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8514AFE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1B6A899" w14:textId="77777777" w:rsidR="005C7A92" w:rsidRPr="009E5799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76EC382" w14:textId="77777777" w:rsidR="005C7A92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E0C1323" w14:textId="77777777" w:rsidR="005C7A92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rFonts w:ascii="Segoe UI Symbol" w:hAnsi="Segoe UI Symbol" w:cs="Segoe UI Symbol"/>
        </w:rPr>
        <w:t>☐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7AB89B3" w14:textId="095B81CB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Challenges:</w:t>
      </w:r>
    </w:p>
    <w:p w14:paraId="0444BEF0" w14:textId="77777777" w:rsidR="005C7A92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4852316" w14:textId="77777777" w:rsidR="00845654" w:rsidRPr="00FA4A05" w:rsidRDefault="007D0FA9" w:rsidP="00AA4A6A">
      <w:pPr>
        <w:tabs>
          <w:tab w:val="left" w:pos="-360"/>
        </w:tabs>
        <w:ind w:left="-540" w:right="-540"/>
        <w:rPr>
          <w:b/>
          <w:bCs/>
          <w:color w:val="24499C"/>
        </w:rPr>
      </w:pPr>
      <w:r w:rsidRPr="00FA4A05">
        <w:rPr>
          <w:b/>
          <w:bCs/>
          <w:color w:val="24499C"/>
        </w:rPr>
        <w:t>Lessons Learned:</w:t>
      </w:r>
    </w:p>
    <w:p w14:paraId="3FE0ABBE" w14:textId="77777777" w:rsidR="005C7A92" w:rsidRDefault="005C7A92" w:rsidP="005C7A92">
      <w:pPr>
        <w:tabs>
          <w:tab w:val="left" w:pos="-360"/>
        </w:tabs>
        <w:ind w:left="-540" w:right="-54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0D260D8" w14:textId="125E1F3A" w:rsidR="00845654" w:rsidRDefault="00845654" w:rsidP="005C7A92">
      <w:pPr>
        <w:tabs>
          <w:tab w:val="left" w:pos="-360"/>
        </w:tabs>
        <w:ind w:left="-540" w:right="-540"/>
      </w:pPr>
    </w:p>
    <w:sectPr w:rsidR="00845654" w:rsidSect="00AA4A6A">
      <w:headerReference w:type="default" r:id="rId9"/>
      <w:footerReference w:type="default" r:id="rId10"/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8197A" w14:textId="77777777" w:rsidR="00C6125E" w:rsidRDefault="00C6125E">
      <w:pPr>
        <w:spacing w:after="0" w:line="240" w:lineRule="auto"/>
      </w:pPr>
      <w:r>
        <w:separator/>
      </w:r>
    </w:p>
  </w:endnote>
  <w:endnote w:type="continuationSeparator" w:id="0">
    <w:p w14:paraId="4274F7C6" w14:textId="77777777" w:rsidR="00C6125E" w:rsidRDefault="00C61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Playfair Display">
    <w:panose1 w:val="000005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1D169" w14:textId="77777777" w:rsidR="00845654" w:rsidRDefault="007D0FA9">
    <w:pPr>
      <w:pStyle w:val="Footer"/>
      <w:jc w:val="right"/>
    </w:pPr>
    <w:r>
      <w:rPr>
        <w:noProof/>
      </w:rPr>
      <w:drawing>
        <wp:inline distT="0" distB="0" distL="0" distR="0" wp14:anchorId="44BFFF1B" wp14:editId="14AA77A4">
          <wp:extent cx="640080" cy="640080"/>
          <wp:effectExtent l="0" t="0" r="0" b="0"/>
          <wp:docPr id="223671558" name="Picture 22367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 New MPO Logo light lettering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0080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376CD8" w14:textId="77777777" w:rsidR="00C6125E" w:rsidRDefault="00C6125E">
      <w:pPr>
        <w:spacing w:after="0" w:line="240" w:lineRule="auto"/>
      </w:pPr>
      <w:r>
        <w:separator/>
      </w:r>
    </w:p>
  </w:footnote>
  <w:footnote w:type="continuationSeparator" w:id="0">
    <w:p w14:paraId="766E0ECF" w14:textId="77777777" w:rsidR="00C6125E" w:rsidRDefault="00C612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ABAF7" w14:textId="7C06CE95" w:rsidR="00D925F3" w:rsidRPr="00D925F3" w:rsidRDefault="00D925F3" w:rsidP="00D925F3">
    <w:pPr>
      <w:tabs>
        <w:tab w:val="left" w:pos="-360"/>
      </w:tabs>
      <w:ind w:left="-540" w:right="360"/>
      <w:jc w:val="center"/>
      <w:rPr>
        <w:b/>
        <w:color w:val="262626" w:themeColor="text1" w:themeTint="D9"/>
        <w14:shadow w14:blurRad="63500" w14:dist="50800" w14:dir="18900000" w14:sx="0" w14:sy="0" w14:kx="0" w14:ky="0" w14:algn="none">
          <w14:srgbClr w14:val="000000">
            <w14:alpha w14:val="50000"/>
          </w14:srgbClr>
        </w14:shadow>
        <w14:textOutline w14:w="6731" w14:cap="flat" w14:cmpd="sng" w14:algn="ctr">
          <w14:solidFill>
            <w14:schemeClr w14:val="accent1">
              <w14:lumMod w14:val="75000"/>
            </w14:schemeClr>
          </w14:solidFill>
          <w14:prstDash w14:val="solid"/>
          <w14:round/>
        </w14:textOutline>
      </w:rPr>
    </w:pPr>
    <w:r w:rsidRPr="00D925F3">
      <w:rPr>
        <w:rFonts w:ascii="Playfair Display" w:hAnsi="Playfair Display"/>
        <w:b/>
        <w:color w:val="262626" w:themeColor="text1" w:themeTint="D9"/>
        <w:sz w:val="40"/>
        <w14:shadow w14:blurRad="63500" w14:dist="50800" w14:dir="18900000" w14:sx="0" w14:sy="0" w14:kx="0" w14:ky="0" w14:algn="none">
          <w14:srgbClr w14:val="000000">
            <w14:alpha w14:val="50000"/>
          </w14:srgbClr>
        </w14:shadow>
        <w14:textOutline w14:w="6731" w14:cap="flat" w14:cmpd="sng" w14:algn="ctr">
          <w14:solidFill>
            <w14:schemeClr w14:val="accent1">
              <w14:lumMod w14:val="75000"/>
            </w14:schemeClr>
          </w14:solidFill>
          <w14:prstDash w14:val="solid"/>
          <w14:round/>
        </w14:textOutline>
      </w:rPr>
      <w:t>Daily Debrief + Weekly Recon Log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75068808">
    <w:abstractNumId w:val="8"/>
  </w:num>
  <w:num w:numId="2" w16cid:durableId="202906359">
    <w:abstractNumId w:val="6"/>
  </w:num>
  <w:num w:numId="3" w16cid:durableId="1132863004">
    <w:abstractNumId w:val="5"/>
  </w:num>
  <w:num w:numId="4" w16cid:durableId="2051493092">
    <w:abstractNumId w:val="4"/>
  </w:num>
  <w:num w:numId="5" w16cid:durableId="1988363155">
    <w:abstractNumId w:val="7"/>
  </w:num>
  <w:num w:numId="6" w16cid:durableId="1008483550">
    <w:abstractNumId w:val="3"/>
  </w:num>
  <w:num w:numId="7" w16cid:durableId="208303135">
    <w:abstractNumId w:val="2"/>
  </w:num>
  <w:num w:numId="8" w16cid:durableId="255990403">
    <w:abstractNumId w:val="1"/>
  </w:num>
  <w:num w:numId="9" w16cid:durableId="2357510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4D42"/>
    <w:rsid w:val="0006063C"/>
    <w:rsid w:val="000E2F8A"/>
    <w:rsid w:val="0015074B"/>
    <w:rsid w:val="001F5227"/>
    <w:rsid w:val="0029639D"/>
    <w:rsid w:val="002B387B"/>
    <w:rsid w:val="00326F90"/>
    <w:rsid w:val="005231CF"/>
    <w:rsid w:val="005C7A92"/>
    <w:rsid w:val="006F10A2"/>
    <w:rsid w:val="007515E3"/>
    <w:rsid w:val="00784115"/>
    <w:rsid w:val="007B261B"/>
    <w:rsid w:val="007D0FA9"/>
    <w:rsid w:val="00845654"/>
    <w:rsid w:val="008A11E6"/>
    <w:rsid w:val="00925F26"/>
    <w:rsid w:val="009313F0"/>
    <w:rsid w:val="009D54BA"/>
    <w:rsid w:val="009E5799"/>
    <w:rsid w:val="00A15257"/>
    <w:rsid w:val="00AA1D8D"/>
    <w:rsid w:val="00AA4A6A"/>
    <w:rsid w:val="00AB11A8"/>
    <w:rsid w:val="00B47730"/>
    <w:rsid w:val="00C6125E"/>
    <w:rsid w:val="00CB0664"/>
    <w:rsid w:val="00CB70C3"/>
    <w:rsid w:val="00D12FEB"/>
    <w:rsid w:val="00D925F3"/>
    <w:rsid w:val="00DA5C46"/>
    <w:rsid w:val="00E54265"/>
    <w:rsid w:val="00FA4A05"/>
    <w:rsid w:val="00FB716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068007"/>
  <w14:defaultImageDpi w14:val="300"/>
  <w15:docId w15:val="{91B3FC9B-A51E-4978-AE28-FE3B6367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A92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Shana English</cp:lastModifiedBy>
  <cp:revision>10</cp:revision>
  <dcterms:created xsi:type="dcterms:W3CDTF">2025-09-18T21:33:00Z</dcterms:created>
  <dcterms:modified xsi:type="dcterms:W3CDTF">2025-09-18T21:55:00Z</dcterms:modified>
  <cp:category/>
</cp:coreProperties>
</file>